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7691C"/>
          <w:sz w:val="22"/>
        </w:rPr>
        <w:t>JILI · 捕鱼射击</w:t>
      </w:r>
    </w:p>
    <w:p>
      <w:pPr>
        <w:jc w:val="center"/>
      </w:pPr>
      <w:r>
        <w:rPr>
          <w:b/>
          <w:color w:val="C25510"/>
          <w:sz w:val="44"/>
        </w:rPr>
        <w:t>JILI 捕鱼炮台与资金管理指南</w:t>
      </w:r>
    </w:p>
    <w:p>
      <w:pPr>
        <w:jc w:val="center"/>
      </w:pPr>
      <w:r>
        <w:rPr>
          <w:color w:val="C25510"/>
          <w:sz w:val="21"/>
        </w:rPr>
        <w:t>来自 JILI 试玩百科（jilifreegames.com） · 2026 年 7 月 4 日 · 参考文档，非游戏/App 下载</w:t>
      </w:r>
    </w:p>
    <w:p/>
    <w:p>
      <w:r>
        <w:rPr>
          <w:sz w:val="22"/>
        </w:rPr>
        <w:t>JILI 捕鱼射击花预算的时钟与老虎机不同：下注按每发子弹计价，而你的射速决定节奏。这份指南讲实用的一面——洗码量如何累积、射速真正改变的是什么、以及为什么一条鱼的倍数是以一次你无法保证的击杀为条件的派彩。它管理的是一次游戏过程，而不是打败某个优势。仅供参考资料，不涉及真钱游戏。</w:t>
      </w:r>
    </w:p>
    <w:p/>
    <w:p>
      <w:pPr>
        <w:pStyle w:val="Heading1"/>
      </w:pPr>
      <w:r>
        <w:rPr>
          <w:color w:val="C25510"/>
        </w:rPr>
        <w:t>01  成本按每发计</w:t>
      </w:r>
    </w:p>
    <w:p>
      <w:r>
        <w:rPr>
          <w:sz w:val="21"/>
        </w:rPr>
        <w:t>无论命中与否，每一发都要花掉你设定的子弹价值。一次游戏的洗码量 = 子弹价值 × 打出的发数，而由于你可以连续开火，洗码量的累积远比老虎机一转一转的节奏快。低子弹价值照样能产生巨大的洗码量。</w:t>
      </w:r>
    </w:p>
    <w:p>
      <w:r>
        <w:rPr>
          <w:b/>
          <w:color w:val="E7691C"/>
          <w:sz w:val="20"/>
        </w:rPr>
        <w:t>游戏库示例：</w:t>
      </w:r>
      <w:r>
        <w:rPr>
          <w:sz w:val="20"/>
        </w:rPr>
        <w:t>Mega Fishing, Royal Fishing</w:t>
      </w:r>
    </w:p>
    <w:p>
      <w:pPr>
        <w:pStyle w:val="Heading1"/>
      </w:pPr>
      <w:r>
        <w:rPr>
          <w:color w:val="C25510"/>
        </w:rPr>
        <w:t>02  射速是洗码量的旋钮</w:t>
      </w:r>
    </w:p>
    <w:p>
      <w:r>
        <w:rPr>
          <w:sz w:val="21"/>
        </w:rPr>
        <w:t>开火更快，或用快速的特殊炮台，并不会提高任何一发的概率。它只是每分钟打出更多计价的子弹——花得更多、结束得更快。更慢的节奏能把有限预算摊到更多的游戏过程里。</w:t>
      </w:r>
    </w:p>
    <w:p>
      <w:pPr>
        <w:pStyle w:val="Heading1"/>
      </w:pPr>
      <w:r>
        <w:rPr>
          <w:color w:val="C25510"/>
        </w:rPr>
        <w:t>03  倍数是有条件的</w:t>
      </w:r>
    </w:p>
    <w:p>
      <w:r>
        <w:rPr>
          <w:sz w:val="21"/>
        </w:rPr>
        <w:t>每个目标都标着「如果一发击杀它，你能拿到的派彩」，并配着一个隐藏的击杀概率。高价值的 Boss 被刻意设计成每发很难打死；小鱼则很快就死。这种搭配正是游戏保住庄家优势的方式。</w:t>
      </w:r>
    </w:p>
    <w:p>
      <w:r>
        <w:rPr>
          <w:b/>
          <w:color w:val="E7691C"/>
          <w:sz w:val="20"/>
        </w:rPr>
        <w:t>游戏库示例：</w:t>
      </w:r>
      <w:r>
        <w:rPr>
          <w:sz w:val="20"/>
        </w:rPr>
        <w:t>Boom Legend, Jackpot Fishing</w:t>
      </w:r>
    </w:p>
    <w:p>
      <w:pPr>
        <w:pStyle w:val="Heading1"/>
      </w:pPr>
      <w:r>
        <w:rPr>
          <w:color w:val="C25510"/>
        </w:rPr>
        <w:t>04  控制在哪里结束</w:t>
      </w:r>
    </w:p>
    <w:p>
      <w:r>
        <w:rPr>
          <w:sz w:val="21"/>
        </w:rPr>
        <w:t>你能控制朝哪条鱼开火、子弹价值、以及何时放特殊武器。你控制不了某一发是否命中——那由 RNG 依该目标的击杀概率抽取。再准的瞄准也无法把一个低击杀概率变成一次命中。</w:t>
      </w:r>
    </w:p>
    <w:p>
      <w:pPr>
        <w:pStyle w:val="Heading1"/>
      </w:pPr>
      <w:r>
        <w:rPr>
          <w:color w:val="C25510"/>
        </w:rPr>
        <w:t>05  干打陷阱</w:t>
      </w:r>
    </w:p>
    <w:p>
      <w:r>
        <w:rPr>
          <w:sz w:val="21"/>
        </w:rPr>
        <w:t>一个挨了一百发还活着的 Boss，并没有更接近死亡；每一发都是独立的，对之前的落空毫无记忆。追打一个顽固的 Boss，正是一次游戏的洗码量悄悄失控的方式。先在免费试玩里感受一下节奏吧。</w:t>
      </w:r>
    </w:p>
    <w:p/>
    <w:p>
      <w:pPr>
        <w:pStyle w:val="Heading1"/>
      </w:pPr>
      <w:r>
        <w:t>18+  理性游戏</w:t>
      </w:r>
    </w:p>
    <w:p>
      <w:r>
        <w:rPr>
          <w:sz w:val="19"/>
        </w:rPr>
        <w:t>本文档由 JILI 试玩百科 独立整理，仅用于讲解游戏机制。它不是 JILI 的官方渠道，不接受任何真钱投注，也不推广或推荐任何博彩平台——本文件与本站均不含任何联盟或推荐链接。试玩模式使用虚拟筹码，无法验证真钱结果。博彩有风险，没有任何机制能拿掉庄家优势；若游戏开始影响到你的生活或身心健康，请停止并寻求专业帮助。仅限年满 18 周岁的读者阅读。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